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keepNext/>
        <w:widowControl/>
      </w:pPr>
      <w:r>
        <w:rPr>
          <w:rFonts w:ascii="Arial" w:hAnsi="Arial"/>
          <w:b/>
          <w:color w:val="000000"/>
          <w:sz w:val="16"/>
        </w:rPr>
        <w:t>GLASS TECH / CUSTOMER PROJECT DOCUMENT</w:t>
      </w:r>
    </w:p>
    <w:p>
      <w:pPr>
        <w:keepNext/>
        <w:widowControl/>
      </w:pPr>
      <w:r>
        <w:rPr>
          <w:rFonts w:ascii="Arial" w:hAnsi="Arial"/>
          <w:b/>
          <w:color w:val="000000"/>
          <w:sz w:val="40"/>
        </w:rPr>
        <w:t>Installation statement of work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6"/>
        </w:rPr>
        <w:t>GHT • Revision 2026.09.08-1 • 8 September 2026 • Complete project fields before signature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Purpose: deliver the specific business outcome entered below. Attach the approved drawing, numbered drop schedule, exact equipment/license bill of materials and acceptance matrix. This SOW becomes reviewable only when the required schedules and commercial fields are complete.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Scope: identify every installation area, outlet/link, rack/panel, firewall, switch, AP, workstation/POS endpoint, security interface and software task. One drop is one permanent copper link with two category-matched terminations, one outlet position/panel port, two standard patch cables, labels and certification within the stated environment and length band. Count AP/camera/door/voice cabling once. Active equipment and its configuration are separate scope items.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Equipment: list manufacturer, exact model/SKU, quantity, category/jacket, licenses/support term and approved substitutions. Identify customer-owned equipment and acceptance testing for reuse. Brand preference is not proof of compatibility; Hubbell tool/jack and Panduit panel/module fit must be documented.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Site conditions: the route schedule records measured length including loops, environment, ceiling/access height, pathway, supports, penetrations and CMR/CMP requirements. Identify lift rental, conduit, restoration, special firestop, permits, premium windows and delivery as included line items or explicit exclusions.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Customer / project ID / jobsite / SOW revision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Business purpose and measurable outcome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Scope and drawing revision / drop schedule attachment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Exact equipment and license schedule attachment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Included installation, configuration and training tasks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Explicit exclusions / customer-owned equipment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Required permits / responsible party / access assumptions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keepNext/>
        <w:widowControl/>
      </w:pPr>
      <w:r>
        <w:rPr>
          <w:rFonts w:ascii="Arial" w:hAnsi="Arial"/>
          <w:b/>
          <w:color w:val="000000"/>
          <w:sz w:val="16"/>
        </w:rPr>
        <w:t>GLASS TECH / CUSTOMER PROJECT DOCUMENT</w:t>
      </w:r>
    </w:p>
    <w:p>
      <w:pPr>
        <w:keepNext/>
        <w:widowControl/>
      </w:pPr>
      <w:r>
        <w:rPr>
          <w:rFonts w:ascii="Arial" w:hAnsi="Arial"/>
          <w:b/>
          <w:color w:val="000000"/>
          <w:sz w:val="40"/>
        </w:rPr>
        <w:t>Price, delivery and acceptance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6"/>
        </w:rPr>
        <w:t>GHT • Revision 2026.09.08-1 • 8 September 2026 • Complete project fields before signature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Price schedule: separate the drop subtotal, active equipment/other work, access/delivery, minimum or other agreed adjustments, tax and recurring charges. Minimums are not stacked and the same bundled cable/material/labor is not billed again. Attach the reviewed quote version; a planning calculator printout alone is not a fixed offer.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Default project milestones are 50% after agreement acceptance and 50% at completion, unless the written schedule below states an approved alternative. Any recurring managed service starts only under its own signed schedule.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The acceptance matrix names requirements, expected results, test methods, evidence and the customer reviewer. At minimum include installed-link certification, inventory/configuration handover, required allowed/denied network paths and application tests for the purchased systems. Include backup/failover, RF and AI tests where scoped.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Changes outside this accepted scope require a written change order before additional work. Customer cutover authorization is separate from acceptance of completed work. Exceptions are logged with owners and correction/retest dates.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Drop subtotal / other work / access-delivery / adjustments ($)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Tax ($) / fixed project total ($) / recurring fees if separately agreed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Quote validity / pricing-policy version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Deposit ($) / balance ($) / invoice due dates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Target start / duration / dependencies / approved work window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Workmanship warranty and project-terms attachment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Acceptance matrix / deliverables / customer reviewer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Customer signature / printed name / title / date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GHT signature / printed name / title / date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sectPr w:rsidR="00681A4F" w:rsidSect="00034616">
      <w:headerReference w:type="default" r:id="rId8"/>
      <w:footerReference w:type="default" r:id="rId9"/>
      <w:pgSz w:w="12240" w:h="15840"/>
      <w:pgMar w:top="1584" w:right="1080" w:bottom="936" w:left="1080" w:header="576" w:footer="504" w:gutter="0"/>
      <w:pgBorders w:offsetFrom="page">
        <w:left w:val="single" w:sz="30" w:space="24" w:color="C9A96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E819" w14:textId="77777777" w:rsidR="00B235C8" w:rsidRDefault="00B235C8">
      <w:pPr>
        <w:spacing w:after="0" w:line="240" w:lineRule="auto"/>
      </w:pPr>
      <w:r>
        <w:separator/>
      </w:r>
    </w:p>
  </w:endnote>
  <w:endnote w:type="continuationSeparator" w:id="0">
    <w:p w14:paraId="30315FD1" w14:textId="77777777" w:rsidR="00B235C8" w:rsidRDefault="00B2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35CF" w14:textId="77777777" w:rsidR="00681A4F" w:rsidRDefault="00B235C8">
    <w:pPr>
      <w:pStyle w:val="Footer"/>
      <w:tabs>
        <w:tab w:val="right" w:pos="9504"/>
      </w:tabs>
    </w:pPr>
    <w:r>
      <w:rPr>
        <w:color w:val="7D786B"/>
        <w:spacing w:val="32"/>
        <w:sz w:val="12"/>
      </w:rPr>
      <w:t>3077 LEEMAN FERRY RD SW, SUITE A1  ·  HUNTSVILLE, AL 35801</w:t>
    </w:r>
    <w:r>
      <w:rPr>
        <w:color w:val="C9A961"/>
        <w:spacing w:val="32"/>
        <w:sz w:val="12"/>
      </w:rPr>
      <w:tab/>
      <w:t>GHT.NETWORK</w:t>
    </w:r>
  </w:p>
  <w:p>
    <w:pPr>
      <w:spacing w:after="0"/>
      <w:jc w:val="right"/>
    </w:pPr>
    <w:r>
      <w:rPr>
        <w:sz w:val="14"/>
      </w:rPr>
      <w:t xml:space="preserve">Page </w:t>
    </w:r>
    <w:fldSimple w:instr="PAGE"/>
    <w:r>
      <w:rPr>
        <w:sz w:val="14"/>
      </w:rPr>
      <w:t xml:space="preserve"> / </w:t>
    </w:r>
    <w:fldSimple w:instr="NUMPAGES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39E98" w14:textId="77777777" w:rsidR="00B235C8" w:rsidRDefault="00B235C8">
      <w:pPr>
        <w:spacing w:after="0" w:line="240" w:lineRule="auto"/>
      </w:pPr>
      <w:r>
        <w:separator/>
      </w:r>
    </w:p>
  </w:footnote>
  <w:footnote w:type="continuationSeparator" w:id="0">
    <w:p w14:paraId="6265AA7E" w14:textId="77777777" w:rsidR="00B235C8" w:rsidRDefault="00B23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121F" w14:textId="77777777" w:rsidR="00681A4F" w:rsidRDefault="00B235C8">
    <w:pPr>
      <w:pStyle w:val="Header"/>
      <w:tabs>
        <w:tab w:val="right" w:pos="9504"/>
      </w:tabs>
      <w:spacing w:after="40"/>
    </w:pPr>
    <w:r>
      <w:rPr>
        <w:noProof/>
      </w:rPr>
      <w:drawing>
        <wp:inline distT="0" distB="0" distL="0" distR="0" wp14:anchorId="540EE956" wp14:editId="5B1A6214">
          <wp:extent cx="644300" cy="3657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-dar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300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141210"/>
        <w:spacing w:val="60"/>
        <w:sz w:val="20"/>
      </w:rPr>
      <w:t xml:space="preserve">   GLASS HOUSE TECHNOLOGIES</w:t>
    </w:r>
    <w:r>
      <w:rPr>
        <w:b/>
        <w:color w:val="141210"/>
        <w:spacing w:val="28"/>
        <w:sz w:val="12"/>
      </w:rPr>
      <w:tab/>
      <w:t>TECHNOLOGY COMPANY</w:t>
    </w:r>
  </w:p>
  <w:p w14:paraId="6F91F4DE" w14:textId="77777777" w:rsidR="00681A4F" w:rsidRDefault="00B235C8">
    <w:pPr>
      <w:tabs>
        <w:tab w:val="right" w:pos="9504"/>
      </w:tabs>
    </w:pPr>
    <w:r>
      <w:rPr>
        <w:color w:val="C9A961"/>
        <w:spacing w:val="40"/>
        <w:sz w:val="12"/>
      </w:rPr>
      <w:t>INFRASTRUCTURE  ·  SOFTWARE  ·  HARDWARE  ·  ROBOTICS</w:t>
    </w:r>
    <w:r>
      <w:rPr>
        <w:color w:val="7D786B"/>
        <w:spacing w:val="20"/>
        <w:sz w:val="12"/>
      </w:rPr>
      <w:tab/>
      <w:t>GHT.NETWORK  ·  (256) 735-3253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6313682">
    <w:abstractNumId w:val="8"/>
  </w:num>
  <w:num w:numId="2" w16cid:durableId="1702515407">
    <w:abstractNumId w:val="6"/>
  </w:num>
  <w:num w:numId="3" w16cid:durableId="835531263">
    <w:abstractNumId w:val="5"/>
  </w:num>
  <w:num w:numId="4" w16cid:durableId="32392024">
    <w:abstractNumId w:val="4"/>
  </w:num>
  <w:num w:numId="5" w16cid:durableId="1702050768">
    <w:abstractNumId w:val="7"/>
  </w:num>
  <w:num w:numId="6" w16cid:durableId="2060517942">
    <w:abstractNumId w:val="3"/>
  </w:num>
  <w:num w:numId="7" w16cid:durableId="901713311">
    <w:abstractNumId w:val="2"/>
  </w:num>
  <w:num w:numId="8" w16cid:durableId="1176771897">
    <w:abstractNumId w:val="1"/>
  </w:num>
  <w:num w:numId="9" w16cid:durableId="185483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5A71"/>
    <w:rsid w:val="00034616"/>
    <w:rsid w:val="0006063C"/>
    <w:rsid w:val="0015074B"/>
    <w:rsid w:val="0029639D"/>
    <w:rsid w:val="00326F90"/>
    <w:rsid w:val="00681A4F"/>
    <w:rsid w:val="00AA1D8D"/>
    <w:rsid w:val="00B235C8"/>
    <w:rsid w:val="00B47730"/>
    <w:rsid w:val="00CB0664"/>
    <w:rsid w:val="00E15A71"/>
    <w:rsid w:val="00F446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74D4D7"/>
  <w14:defaultImageDpi w14:val="300"/>
  <w15:docId w15:val="{8C696F11-9649-4375-94FD-C974394B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color w:val="2B2A27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conno\OneDrive\Documents\ChatGPT\OnlyTechs\client\public\brand-docs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Installation statement of work</dc:title>
  <dc:subject>Implementation standard 2026.09.08-1</dc:subject>
  <dc:creator>Glass House Technologies LLC</dc:creator>
  <cp:keywords/>
  <dc:description>generated by python-docx</dc:description>
  <cp:lastModifiedBy>Connor Glass</cp:lastModifiedBy>
  <cp:revision>1</cp:revision>
  <dcterms:created xsi:type="dcterms:W3CDTF">2026-08-24T05:53:00Z</dcterms:created>
  <dcterms:modified xsi:type="dcterms:W3CDTF">2026-08-24T05:53:00Z</dcterms:modified>
  <cp:category/>
</cp:coreProperties>
</file>